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Security Alert: Microsoft Releases September 2026 Security Updates</w:t>
      </w:r>
    </w:p>
    <w:p>
      <w:r>
        <w:rPr>
          <w:i/>
          <w:color w:val="4A6A88"/>
        </w:rPr>
        <w:t>Security Alert: Microsoft Releases September 2026 Security Updates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PB-2569-1273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11:57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https://ctithai.work/portal/docs/PB-2569-1273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JPCERT/CC report.</w:t>
        <w:br/>
        <w:br/>
        <w:t>Security Alert: Microsoft Releases September 2026 Security Updates</w:t>
        <w:br/>
        <w:br/>
        <w:t>Original source URL: https://www.jpcert.or.jp/english/at/2026/at260025.html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JPCERT/CC</w:t>
      </w:r>
    </w:p>
    <w:p>
      <w:r>
        <w:t>• URL: https://www.jpcert.or.jp/english/at/2026/at260025.html</w:t>
      </w:r>
    </w:p>
    <w:p>
      <w:r>
        <w:t>• วันที่ในแหล่งต้นฉบับ: 2026-09-09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https://ctithai.work/verify/7c80120e266642ce</w:t>
      </w:r>
    </w:p>
    <w:p>
      <w:r>
        <w:t xml:space="preserve">Document mirror (CDN): </w:t>
      </w:r>
      <w:r>
        <w:rPr>
          <w:color w:val="1A4A7A"/>
          <w:u w:val="single"/>
        </w:rPr>
        <w:t>https://7c80120e266642ce.cdn.ctithai.work/iocs</w:t>
      </w:r>
    </w:p>
    <w:p/>
    <w:p>
      <w:r>
        <w:rPr>
          <w:i/>
          <w:color w:val="666666"/>
          <w:sz w:val="16"/>
        </w:rPr>
        <w:t>Document reference: 7c80120e266642ce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7c80120e266642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