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Security Alert: Alert Regarding Vulnerabilities in Adobe Acrobat and Reader (APSB26-141)</w:t>
      </w:r>
    </w:p>
    <w:p>
      <w:r>
        <w:rPr>
          <w:i/>
          <w:color w:val="4A6A88"/>
        </w:rPr>
        <w:t>Security Alert: Alert Regarding Vulnerabilities in Adobe Acrobat and Reader (APSB26-141)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PB-2569-1272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https://ctithai.work/portal/docs/PB-2569-1272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JPCERT/CC report.</w:t>
        <w:br/>
        <w:br/>
        <w:t>Security Alert: Alert Regarding Vulnerabilities in Adobe Acrobat and Reader (APSB26-141)</w:t>
        <w:br/>
        <w:br/>
        <w:t>Original source URL: https://www.jpcert.or.jp/english/at/2026/at260026.html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JPCERT/CC</w:t>
      </w:r>
    </w:p>
    <w:p>
      <w:r>
        <w:t>• URL: https://www.jpcert.or.jp/english/at/2026/at260026.html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https://ctithai.work/verify/0ebb185703754c7c</w:t>
      </w:r>
    </w:p>
    <w:p>
      <w:r>
        <w:t xml:space="preserve">Document mirror (CDN): </w:t>
      </w:r>
      <w:r>
        <w:rPr>
          <w:color w:val="1A4A7A"/>
          <w:u w:val="single"/>
        </w:rPr>
        <w:t>https://0ebb185703754c7c.cdn.ctithai.work/iocs</w:t>
      </w:r>
    </w:p>
    <w:p/>
    <w:p>
      <w:r>
        <w:rPr>
          <w:i/>
          <w:color w:val="666666"/>
          <w:sz w:val="16"/>
        </w:rPr>
        <w:t>Document reference: 0ebb185703754c7c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0ebb185703754c7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