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Steam forum ClickFix attacks infect gamers with XMRig cryptominers</w:t>
      </w:r>
    </w:p>
    <w:p>
      <w:r>
        <w:rPr>
          <w:i/>
          <w:color w:val="4A6A88"/>
        </w:rPr>
        <w:t>Steam forum ClickFix attacks infect gamers with XMRig cryptominers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PB-2569-0732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08:20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https://ctithai.work/portal/docs/PB-2569-0732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Steam forum ClickFix attacks infect gamers with XMRig cryptominers</w:t>
        <w:br/>
        <w:br/>
        <w:t>Original source URL: https://www.bleepingcomputer.com/news/security/steam-forum-clickfix-attacks-infect-gamers-with-xmrig-cryptominers/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https://www.bleepingcomputer.com/news/security/steam-forum-clickfix-attacks-infect-gamers-with-xmrig-cryptominers/</w:t>
      </w:r>
    </w:p>
    <w:p>
      <w:r>
        <w:t>• วันที่ในแหล่งต้นฉบับ: 2026-07-25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https://ctithai.work/verify/d5550162e8f24928</w:t>
      </w:r>
    </w:p>
    <w:p>
      <w:r>
        <w:t xml:space="preserve">Document mirror (CDN): </w:t>
      </w:r>
      <w:r>
        <w:rPr>
          <w:color w:val="1A4A7A"/>
          <w:u w:val="single"/>
        </w:rPr>
        <w:t>https://d5550162e8f24928.cdn.ctithai.work/iocs</w:t>
      </w:r>
    </w:p>
    <w:p/>
    <w:p>
      <w:r>
        <w:rPr>
          <w:i/>
          <w:color w:val="666666"/>
          <w:sz w:val="16"/>
        </w:rPr>
        <w:t>Document reference: d5550162e8f24928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d5550162e8f2492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