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OnTrac notifies customers of data breach after network hack</w:t>
      </w:r>
    </w:p>
    <w:p>
      <w:r>
        <w:rPr>
          <w:i/>
          <w:color w:val="4A6A88"/>
        </w:rPr>
        <w:t>OnTrac notifies customers of data breach after network hack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PB-2569-0724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08:21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https://ctithai.work/portal/docs/PB-2569-0724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OnTrac notifies customers of data breach after network hack</w:t>
        <w:br/>
        <w:br/>
        <w:t>Original source URL: https://www.bleepingcomputer.com/news/security/ontrac-notifies-customers-of-data-breach-after-network-hack/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https://www.bleepingcomputer.com/news/security/ontrac-notifies-customers-of-data-breach-after-network-hack/</w:t>
      </w:r>
    </w:p>
    <w:p>
      <w:r>
        <w:t>• วันที่ในแหล่งต้นฉบับ: 2026-07-24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https://ctithai.work/verify/638936772c5a4da6</w:t>
      </w:r>
    </w:p>
    <w:p>
      <w:r>
        <w:t xml:space="preserve">Document mirror (CDN): </w:t>
      </w:r>
      <w:r>
        <w:rPr>
          <w:color w:val="1A4A7A"/>
          <w:u w:val="single"/>
        </w:rPr>
        <w:t>https://638936772c5a4da6.cdn.ctithai.work/iocs</w:t>
      </w:r>
    </w:p>
    <w:p/>
    <w:p>
      <w:r>
        <w:rPr>
          <w:i/>
          <w:color w:val="666666"/>
          <w:sz w:val="16"/>
        </w:rPr>
        <w:t>Document reference: 638936772c5a4da6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638936772c5a4da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