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Hackers hijack hotel Wi-Fi DNS to steal Microsoft 365 accounts</w:t>
      </w:r>
    </w:p>
    <w:p>
      <w:r>
        <w:rPr>
          <w:i/>
          <w:color w:val="4A6A88"/>
        </w:rPr>
        <w:t>Hackers hijack hotel Wi-Fi DNS to steal Microsoft 365 accounts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PB-2569-0723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26 July 2026 / 08:21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https://ctithai.work/portal/docs/PB-2569-0723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BleepingComputer report.</w:t>
        <w:br/>
        <w:br/>
        <w:t>Hackers hijack hotel Wi-Fi DNS to steal Microsoft 365 accounts</w:t>
        <w:br/>
        <w:br/>
        <w:t>Original source URL: https://www.bleepingcomputer.com/news/security/hackers-hijack-hotel-wi-fi-dns-to-steal-microsoft-365-accounts/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BleepingComputer</w:t>
      </w:r>
    </w:p>
    <w:p>
      <w:r>
        <w:t>• URL: https://www.bleepingcomputer.com/news/security/hackers-hijack-hotel-wi-fi-dns-to-steal-microsoft-365-accounts/</w:t>
      </w:r>
    </w:p>
    <w:p>
      <w:r>
        <w:t>• วันที่ในแหล่งต้นฉบับ: 2026-07-24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https://ctithai.work/verify/19ccc255b9c64d84</w:t>
      </w:r>
    </w:p>
    <w:p>
      <w:r>
        <w:t xml:space="preserve">Document mirror (CDN): </w:t>
      </w:r>
      <w:r>
        <w:rPr>
          <w:color w:val="1A4A7A"/>
          <w:u w:val="single"/>
        </w:rPr>
        <w:t>https://19ccc255b9c64d84.cdn.ctithai.work/iocs</w:t>
      </w:r>
    </w:p>
    <w:p/>
    <w:p>
      <w:r>
        <w:rPr>
          <w:i/>
          <w:color w:val="666666"/>
          <w:sz w:val="16"/>
        </w:rPr>
        <w:t>Document reference: 19ccc255b9c64d84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19ccc255b9c64d8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